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EB37" w14:textId="77777777" w:rsidR="00E50E9A" w:rsidRPr="00802DE6" w:rsidRDefault="00000000" w:rsidP="00802DE6">
      <w:pPr>
        <w:pStyle w:val="Heading1"/>
        <w:jc w:val="center"/>
        <w:rPr>
          <w:sz w:val="52"/>
          <w:szCs w:val="52"/>
        </w:rPr>
      </w:pPr>
      <w:r w:rsidRPr="00802DE6">
        <w:rPr>
          <w:sz w:val="52"/>
          <w:szCs w:val="52"/>
        </w:rPr>
        <w:t>RIGHTS HERE. RIGHTS NOW.</w:t>
      </w:r>
    </w:p>
    <w:p w14:paraId="05113C3F" w14:textId="320D2012" w:rsidR="004A2BC6" w:rsidRPr="00802DE6" w:rsidRDefault="004A2BC6">
      <w:pPr>
        <w:jc w:val="center"/>
        <w:rPr>
          <w:rFonts w:ascii="Arial" w:hAnsi="Arial" w:cs="Arial"/>
          <w:sz w:val="32"/>
          <w:szCs w:val="32"/>
        </w:rPr>
      </w:pPr>
      <w:r w:rsidRPr="00802DE6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C943140" wp14:editId="45690187">
            <wp:extent cx="5486400" cy="3568700"/>
            <wp:effectExtent l="0" t="0" r="0" b="0"/>
            <wp:docPr id="1596910822" name="Picture 1" descr="Logos for Rights Here. Rights Now., JustRight Scotland and Human Rights Consortium Scotla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910822" name="Picture 1" descr="Logos for Rights Here. Rights Now., JustRight Scotland and Human Rights Consortium Scotland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4D98EC3D" w14:textId="77777777" w:rsidTr="004A2BC6">
        <w:trPr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F73BF" w14:textId="687DF1BF" w:rsidR="00E50E9A" w:rsidRPr="00802DE6" w:rsidRDefault="004A2BC6" w:rsidP="004A2BC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2B02AB7" wp14:editId="53E8A2CB">
                  <wp:extent cx="1528125" cy="1800000"/>
                  <wp:effectExtent l="0" t="0" r="0" b="0"/>
                  <wp:docPr id="365795487" name="Picture 1" descr="People representing a variety of people all around a purple UK map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795487" name="Picture 1" descr="People representing a variety of people all around a purple UK map 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12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8753D7B" w14:textId="77777777" w:rsidR="004A2BC6" w:rsidRPr="00802DE6" w:rsidRDefault="004A2BC6">
            <w:pPr>
              <w:rPr>
                <w:rFonts w:ascii="Arial" w:hAnsi="Arial" w:cs="Arial"/>
                <w:sz w:val="32"/>
                <w:szCs w:val="32"/>
              </w:rPr>
            </w:pPr>
          </w:p>
          <w:p w14:paraId="63584D43" w14:textId="35DBB32B" w:rsidR="00E50E9A" w:rsidRPr="00802DE6" w:rsidRDefault="00000000" w:rsidP="00802DE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Human rights are important for everyone. This campaign shares stories from people across Scotland.</w:t>
            </w:r>
          </w:p>
        </w:tc>
      </w:tr>
    </w:tbl>
    <w:p w14:paraId="6DBD03D3" w14:textId="77777777" w:rsidR="004A2BC6" w:rsidRPr="00802DE6" w:rsidRDefault="004A2BC6">
      <w:pPr>
        <w:jc w:val="center"/>
        <w:rPr>
          <w:rFonts w:ascii="Arial" w:hAnsi="Arial" w:cs="Arial"/>
          <w:sz w:val="32"/>
          <w:szCs w:val="32"/>
        </w:rPr>
      </w:pPr>
    </w:p>
    <w:p w14:paraId="0B9502F6" w14:textId="77777777" w:rsidR="004A2BC6" w:rsidRPr="00802DE6" w:rsidRDefault="004A2BC6">
      <w:pPr>
        <w:jc w:val="center"/>
        <w:rPr>
          <w:rFonts w:ascii="Arial" w:hAnsi="Arial" w:cs="Arial"/>
          <w:sz w:val="32"/>
          <w:szCs w:val="32"/>
        </w:rPr>
      </w:pPr>
    </w:p>
    <w:p w14:paraId="710126E3" w14:textId="77777777" w:rsidR="004A2BC6" w:rsidRPr="00802DE6" w:rsidRDefault="004A2BC6">
      <w:pPr>
        <w:jc w:val="center"/>
        <w:rPr>
          <w:rFonts w:ascii="Arial" w:hAnsi="Arial" w:cs="Arial"/>
          <w:sz w:val="32"/>
          <w:szCs w:val="32"/>
        </w:rPr>
      </w:pPr>
    </w:p>
    <w:p w14:paraId="60BC9367" w14:textId="77777777" w:rsidR="004A2BC6" w:rsidRPr="00802DE6" w:rsidRDefault="004A2BC6">
      <w:pPr>
        <w:jc w:val="center"/>
        <w:rPr>
          <w:rFonts w:ascii="Arial" w:hAnsi="Arial" w:cs="Arial"/>
          <w:sz w:val="32"/>
          <w:szCs w:val="32"/>
        </w:rPr>
      </w:pPr>
    </w:p>
    <w:p w14:paraId="13C3CE59" w14:textId="13F2CA8B" w:rsidR="00802DE6" w:rsidRDefault="004A2BC6" w:rsidP="00802DE6">
      <w:pPr>
        <w:pStyle w:val="Heading1"/>
        <w:rPr>
          <w:sz w:val="52"/>
          <w:szCs w:val="52"/>
        </w:rPr>
      </w:pPr>
      <w:r w:rsidRPr="00802DE6">
        <w:rPr>
          <w:sz w:val="52"/>
          <w:szCs w:val="52"/>
        </w:rPr>
        <w:lastRenderedPageBreak/>
        <w:t>What are human rights?</w:t>
      </w:r>
    </w:p>
    <w:p w14:paraId="16990161" w14:textId="77777777" w:rsidR="00DB74CA" w:rsidRPr="00DB74CA" w:rsidRDefault="00DB74CA" w:rsidP="00DB74CA"/>
    <w:p w14:paraId="554BF876" w14:textId="3B2C69BB" w:rsidR="00E50E9A" w:rsidRPr="00802DE6" w:rsidRDefault="00E50E9A">
      <w:pPr>
        <w:jc w:val="center"/>
        <w:rPr>
          <w:rFonts w:ascii="Arial" w:hAnsi="Arial" w:cs="Arial"/>
          <w:sz w:val="32"/>
          <w:szCs w:val="32"/>
        </w:rPr>
      </w:pPr>
    </w:p>
    <w:tbl>
      <w:tblPr>
        <w:tblpPr w:leftFromText="180" w:rightFromText="180" w:vertAnchor="text" w:horzAnchor="margin" w:tblpY="-62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A2BC6" w:rsidRPr="00802DE6" w14:paraId="708C9AAA" w14:textId="77777777" w:rsidTr="004A2BC6">
        <w:tc>
          <w:tcPr>
            <w:tcW w:w="4320" w:type="dxa"/>
            <w:vAlign w:val="center"/>
          </w:tcPr>
          <w:p w14:paraId="25FE4A7E" w14:textId="616EC18F" w:rsidR="004A2BC6" w:rsidRPr="00802DE6" w:rsidRDefault="004A2BC6" w:rsidP="004A2BC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1046828" wp14:editId="4E222B63">
                  <wp:extent cx="1541177" cy="1800000"/>
                  <wp:effectExtent l="0" t="0" r="1905" b="0"/>
                  <wp:docPr id="564638734" name="Picture 1" descr="a group of people from different backgrounds inside a round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638734" name="Picture 1" descr="a group of people from different backgrounds inside a rounded icon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177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18EBFC8B" w14:textId="77777777" w:rsidR="004A2BC6" w:rsidRPr="00802DE6" w:rsidRDefault="004A2BC6" w:rsidP="004A2BC6">
            <w:pPr>
              <w:rPr>
                <w:rFonts w:ascii="Arial" w:hAnsi="Arial" w:cs="Arial"/>
                <w:sz w:val="32"/>
                <w:szCs w:val="32"/>
              </w:rPr>
            </w:pPr>
          </w:p>
          <w:p w14:paraId="277C8F27" w14:textId="57C76EA1" w:rsidR="004A2BC6" w:rsidRPr="00802DE6" w:rsidRDefault="004A2BC6" w:rsidP="00802DE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Human rights are rights and freedoms we all have. Human rights help people live safely, fairly and with dignity.</w:t>
            </w:r>
          </w:p>
        </w:tc>
      </w:tr>
    </w:tbl>
    <w:p w14:paraId="5E87A187" w14:textId="79411ADE" w:rsidR="00E50E9A" w:rsidRPr="00802DE6" w:rsidRDefault="00E50E9A">
      <w:pPr>
        <w:rPr>
          <w:rFonts w:ascii="Arial" w:hAnsi="Arial" w:cs="Arial"/>
          <w:sz w:val="32"/>
          <w:szCs w:val="32"/>
        </w:rPr>
      </w:pPr>
    </w:p>
    <w:p w14:paraId="144CB002" w14:textId="77777777" w:rsidR="00E50E9A" w:rsidRPr="008767A6" w:rsidRDefault="00000000" w:rsidP="008767A6">
      <w:pPr>
        <w:pStyle w:val="Heading1"/>
        <w:rPr>
          <w:sz w:val="52"/>
          <w:szCs w:val="52"/>
        </w:rPr>
      </w:pPr>
      <w:r w:rsidRPr="008767A6">
        <w:rPr>
          <w:sz w:val="52"/>
          <w:szCs w:val="52"/>
        </w:rPr>
        <w:t xml:space="preserve">Human rights affect everyday </w:t>
      </w:r>
      <w:proofErr w:type="gramStart"/>
      <w:r w:rsidRPr="008767A6">
        <w:rPr>
          <w:sz w:val="52"/>
          <w:szCs w:val="52"/>
        </w:rPr>
        <w:t>life</w:t>
      </w:r>
      <w:proofErr w:type="gramEnd"/>
    </w:p>
    <w:p w14:paraId="37567E39" w14:textId="77777777" w:rsidR="00802DE6" w:rsidRPr="00802DE6" w:rsidRDefault="00802DE6" w:rsidP="00802DE6">
      <w:pPr>
        <w:rPr>
          <w:rFonts w:ascii="Arial" w:hAnsi="Arial" w:cs="Arial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10C09688" w14:textId="77777777" w:rsidTr="004A2BC6">
        <w:tc>
          <w:tcPr>
            <w:tcW w:w="4320" w:type="dxa"/>
            <w:vAlign w:val="center"/>
          </w:tcPr>
          <w:p w14:paraId="5D08E8C8" w14:textId="1E644B44" w:rsidR="00E50E9A" w:rsidRPr="00802DE6" w:rsidRDefault="004A2BC6" w:rsidP="004A2BC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8A83C82" wp14:editId="3CA655F9">
                  <wp:extent cx="1257300" cy="2134102"/>
                  <wp:effectExtent l="0" t="0" r="0" b="0"/>
                  <wp:docPr id="275185083" name="Picture 1" descr="Council staff in a council building, NHS staff in an hospital building, and a police officer in a police counter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185083" name="Picture 1" descr="Council staff in a council building, NHS staff in an hospital building, and a police officer in a police counter 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345" cy="2137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5E9DC008" w14:textId="77777777" w:rsidR="004A2BC6" w:rsidRPr="00802DE6" w:rsidRDefault="004A2BC6">
            <w:pPr>
              <w:rPr>
                <w:rFonts w:ascii="Arial" w:hAnsi="Arial" w:cs="Arial"/>
                <w:sz w:val="32"/>
                <w:szCs w:val="32"/>
              </w:rPr>
            </w:pPr>
          </w:p>
          <w:p w14:paraId="43DEC02E" w14:textId="77777777" w:rsidR="00236C52" w:rsidRDefault="00236C52" w:rsidP="00802DE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9D7395E" w14:textId="543D0467" w:rsidR="00E50E9A" w:rsidRPr="00802DE6" w:rsidRDefault="00000000" w:rsidP="00802DE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 xml:space="preserve">Human rights affect where we live, our health, our </w:t>
            </w:r>
            <w:proofErr w:type="gramStart"/>
            <w:r w:rsidRPr="00802DE6">
              <w:rPr>
                <w:rFonts w:ascii="Arial" w:hAnsi="Arial" w:cs="Arial"/>
                <w:sz w:val="32"/>
                <w:szCs w:val="32"/>
              </w:rPr>
              <w:t>education</w:t>
            </w:r>
            <w:proofErr w:type="gramEnd"/>
            <w:r w:rsidRPr="00802DE6">
              <w:rPr>
                <w:rFonts w:ascii="Arial" w:hAnsi="Arial" w:cs="Arial"/>
                <w:sz w:val="32"/>
                <w:szCs w:val="32"/>
              </w:rPr>
              <w:t xml:space="preserve"> and our family life.</w:t>
            </w:r>
          </w:p>
        </w:tc>
      </w:tr>
    </w:tbl>
    <w:p w14:paraId="475B888B" w14:textId="0D85E540" w:rsidR="00E50E9A" w:rsidRDefault="00E50E9A" w:rsidP="004A2BC6">
      <w:pPr>
        <w:rPr>
          <w:rFonts w:ascii="Arial" w:hAnsi="Arial" w:cs="Arial"/>
          <w:sz w:val="32"/>
          <w:szCs w:val="32"/>
        </w:rPr>
      </w:pPr>
    </w:p>
    <w:p w14:paraId="172DDCDF" w14:textId="77777777" w:rsidR="00F502C9" w:rsidRPr="00802DE6" w:rsidRDefault="00F502C9" w:rsidP="004A2BC6">
      <w:pPr>
        <w:rPr>
          <w:rFonts w:ascii="Arial" w:hAnsi="Arial" w:cs="Arial"/>
          <w:sz w:val="32"/>
          <w:szCs w:val="32"/>
        </w:rPr>
      </w:pPr>
    </w:p>
    <w:p w14:paraId="06D4A569" w14:textId="57032522" w:rsidR="00E50E9A" w:rsidRPr="008767A6" w:rsidRDefault="00000000" w:rsidP="008767A6">
      <w:pPr>
        <w:pStyle w:val="Heading1"/>
        <w:rPr>
          <w:sz w:val="52"/>
          <w:szCs w:val="52"/>
        </w:rPr>
      </w:pPr>
      <w:r w:rsidRPr="008767A6">
        <w:rPr>
          <w:sz w:val="52"/>
          <w:szCs w:val="52"/>
        </w:rPr>
        <w:lastRenderedPageBreak/>
        <w:t>Real stories matter</w:t>
      </w:r>
    </w:p>
    <w:p w14:paraId="618F1AD7" w14:textId="77777777" w:rsidR="00802DE6" w:rsidRPr="00802DE6" w:rsidRDefault="00802DE6" w:rsidP="00802DE6">
      <w:pPr>
        <w:rPr>
          <w:rFonts w:ascii="Arial" w:hAnsi="Arial" w:cs="Arial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5D7CD724" w14:textId="77777777" w:rsidTr="00802DE6">
        <w:tc>
          <w:tcPr>
            <w:tcW w:w="4320" w:type="dxa"/>
            <w:vAlign w:val="center"/>
          </w:tcPr>
          <w:p w14:paraId="26DA6E09" w14:textId="7C455D11" w:rsidR="00E50E9A" w:rsidRPr="00802DE6" w:rsidRDefault="00802DE6" w:rsidP="00802DE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C104233" wp14:editId="3084B163">
                  <wp:extent cx="1724475" cy="1800000"/>
                  <wp:effectExtent l="0" t="0" r="9525" b="0"/>
                  <wp:docPr id="1738362607" name="Picture 1" descr="2 people with 2 speech bubbles between th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362607" name="Picture 1" descr="2 people with 2 speech bubbles between them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7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621BE47A" w14:textId="77777777" w:rsidR="00802DE6" w:rsidRPr="00802DE6" w:rsidRDefault="00802DE6">
            <w:pPr>
              <w:rPr>
                <w:rFonts w:ascii="Arial" w:hAnsi="Arial" w:cs="Arial"/>
                <w:sz w:val="32"/>
                <w:szCs w:val="32"/>
              </w:rPr>
            </w:pPr>
          </w:p>
          <w:p w14:paraId="24BC0E49" w14:textId="2FA82EE5" w:rsidR="00E50E9A" w:rsidRPr="00802DE6" w:rsidRDefault="00000000" w:rsidP="00802DE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People across Scotland have shared their stories. These stories show how human rights affect people's lives.</w:t>
            </w:r>
          </w:p>
        </w:tc>
      </w:tr>
    </w:tbl>
    <w:p w14:paraId="19566B01" w14:textId="750A7AAB" w:rsidR="00E50E9A" w:rsidRPr="00802DE6" w:rsidRDefault="00E50E9A" w:rsidP="00802DE6">
      <w:pPr>
        <w:pStyle w:val="Heading1"/>
        <w:rPr>
          <w:rFonts w:ascii="Arial" w:hAnsi="Arial" w:cs="Arial"/>
          <w:sz w:val="32"/>
          <w:szCs w:val="32"/>
        </w:rPr>
      </w:pPr>
    </w:p>
    <w:p w14:paraId="5F0EF475" w14:textId="62714DAA" w:rsidR="00E50E9A" w:rsidRPr="00802DE6" w:rsidRDefault="00802DE6" w:rsidP="00802DE6">
      <w:pPr>
        <w:pStyle w:val="Heading1"/>
        <w:rPr>
          <w:sz w:val="52"/>
          <w:szCs w:val="52"/>
        </w:rPr>
      </w:pPr>
      <w:r w:rsidRPr="00802DE6">
        <w:rPr>
          <w:sz w:val="52"/>
          <w:szCs w:val="52"/>
        </w:rPr>
        <w:t xml:space="preserve">The stories are </w:t>
      </w:r>
      <w:proofErr w:type="gramStart"/>
      <w:r w:rsidRPr="00802DE6">
        <w:rPr>
          <w:sz w:val="52"/>
          <w:szCs w:val="52"/>
        </w:rPr>
        <w:t>about</w:t>
      </w:r>
      <w:proofErr w:type="gramEnd"/>
    </w:p>
    <w:p w14:paraId="3B023AF5" w14:textId="77777777" w:rsidR="00802DE6" w:rsidRPr="00802DE6" w:rsidRDefault="00802DE6" w:rsidP="00802DE6">
      <w:pPr>
        <w:rPr>
          <w:rFonts w:ascii="Arial" w:hAnsi="Arial" w:cs="Arial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00235E3C" w14:textId="77777777" w:rsidTr="00802DE6">
        <w:tc>
          <w:tcPr>
            <w:tcW w:w="4320" w:type="dxa"/>
            <w:vAlign w:val="center"/>
          </w:tcPr>
          <w:p w14:paraId="5BC5036B" w14:textId="2CBD14BC" w:rsidR="00E50E9A" w:rsidRPr="00802DE6" w:rsidRDefault="00802DE6" w:rsidP="00802DE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CD128B7" wp14:editId="2C724F22">
                  <wp:extent cx="1716763" cy="1800000"/>
                  <wp:effectExtent l="0" t="0" r="0" b="0"/>
                  <wp:docPr id="643864960" name="Picture 1" descr="a thinking woman with a question mark beside her head, in front of a court buildi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864960" name="Picture 1" descr="a thinking woman with a question mark beside her head, in front of a court building 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763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78144BD9" w14:textId="77777777" w:rsidR="00802DE6" w:rsidRPr="00802DE6" w:rsidRDefault="00802DE6">
            <w:pPr>
              <w:rPr>
                <w:rFonts w:ascii="Arial" w:hAnsi="Arial" w:cs="Arial"/>
                <w:sz w:val="32"/>
                <w:szCs w:val="32"/>
              </w:rPr>
            </w:pPr>
          </w:p>
          <w:p w14:paraId="302114B0" w14:textId="2A541E1F" w:rsidR="00E50E9A" w:rsidRPr="00802DE6" w:rsidRDefault="00000000" w:rsidP="00802DE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Housing, disability rights, healthcare, education, access to justice and the environment.</w:t>
            </w:r>
          </w:p>
        </w:tc>
      </w:tr>
    </w:tbl>
    <w:p w14:paraId="67E2E369" w14:textId="4B042DDB" w:rsidR="00E50E9A" w:rsidRPr="00802DE6" w:rsidRDefault="00E50E9A">
      <w:pPr>
        <w:jc w:val="center"/>
        <w:rPr>
          <w:rFonts w:ascii="Arial" w:hAnsi="Arial" w:cs="Arial"/>
          <w:sz w:val="32"/>
          <w:szCs w:val="32"/>
        </w:rPr>
      </w:pPr>
    </w:p>
    <w:p w14:paraId="063B1528" w14:textId="77777777" w:rsidR="00E50E9A" w:rsidRPr="00802DE6" w:rsidRDefault="00000000">
      <w:pPr>
        <w:rPr>
          <w:rFonts w:ascii="Arial" w:hAnsi="Arial" w:cs="Arial"/>
          <w:sz w:val="32"/>
          <w:szCs w:val="32"/>
        </w:rPr>
      </w:pPr>
      <w:r w:rsidRPr="00802DE6">
        <w:rPr>
          <w:rFonts w:ascii="Arial" w:hAnsi="Arial" w:cs="Arial"/>
          <w:sz w:val="32"/>
          <w:szCs w:val="32"/>
        </w:rPr>
        <w:br w:type="page"/>
      </w:r>
    </w:p>
    <w:p w14:paraId="23A75183" w14:textId="77777777" w:rsidR="00E50E9A" w:rsidRDefault="00000000" w:rsidP="00802DE6">
      <w:pPr>
        <w:pStyle w:val="Heading1"/>
        <w:rPr>
          <w:sz w:val="52"/>
          <w:szCs w:val="52"/>
        </w:rPr>
      </w:pPr>
      <w:r w:rsidRPr="00802DE6">
        <w:rPr>
          <w:sz w:val="52"/>
          <w:szCs w:val="52"/>
        </w:rPr>
        <w:lastRenderedPageBreak/>
        <w:t xml:space="preserve">Human rights are for </w:t>
      </w:r>
      <w:proofErr w:type="gramStart"/>
      <w:r w:rsidRPr="00802DE6">
        <w:rPr>
          <w:sz w:val="52"/>
          <w:szCs w:val="52"/>
        </w:rPr>
        <w:t>everyone</w:t>
      </w:r>
      <w:proofErr w:type="gramEnd"/>
    </w:p>
    <w:p w14:paraId="50DC284E" w14:textId="77777777" w:rsidR="00802DE6" w:rsidRPr="00802DE6" w:rsidRDefault="00802DE6" w:rsidP="00802DE6"/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01FB2697" w14:textId="77777777" w:rsidTr="008767A6">
        <w:tc>
          <w:tcPr>
            <w:tcW w:w="4320" w:type="dxa"/>
            <w:vAlign w:val="center"/>
          </w:tcPr>
          <w:p w14:paraId="64EEC7FC" w14:textId="32DD5785" w:rsidR="00E50E9A" w:rsidRPr="00802DE6" w:rsidRDefault="008767A6" w:rsidP="008767A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767A6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0734EB3" wp14:editId="63524386">
                  <wp:extent cx="1175510" cy="1800000"/>
                  <wp:effectExtent l="0" t="0" r="5715" b="0"/>
                  <wp:docPr id="144401313" name="Picture 1" descr="Person holding a large green tick sig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01313" name="Picture 1" descr="Person holding a large green tick sign.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51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5C69016E" w14:textId="77777777" w:rsidR="00236C52" w:rsidRDefault="00236C52" w:rsidP="007354D1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77AEDA2" w14:textId="537F799B" w:rsidR="00E50E9A" w:rsidRPr="00802DE6" w:rsidRDefault="00000000" w:rsidP="007354D1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Human rights are not special treatment. Human rights help protect everyone.</w:t>
            </w:r>
          </w:p>
        </w:tc>
      </w:tr>
    </w:tbl>
    <w:p w14:paraId="3506D75B" w14:textId="2881FACF" w:rsidR="00E50E9A" w:rsidRDefault="008767A6" w:rsidP="008767A6">
      <w:pPr>
        <w:pStyle w:val="Heading1"/>
        <w:rPr>
          <w:sz w:val="52"/>
          <w:szCs w:val="52"/>
        </w:rPr>
      </w:pPr>
      <w:r w:rsidRPr="008767A6">
        <w:rPr>
          <w:sz w:val="52"/>
          <w:szCs w:val="52"/>
        </w:rPr>
        <w:t>What does the campaign want?</w:t>
      </w:r>
    </w:p>
    <w:p w14:paraId="5FDC1945" w14:textId="77777777" w:rsidR="008767A6" w:rsidRPr="008767A6" w:rsidRDefault="008767A6" w:rsidP="008767A6"/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5C094164" w14:textId="77777777" w:rsidTr="008767A6">
        <w:tc>
          <w:tcPr>
            <w:tcW w:w="4320" w:type="dxa"/>
            <w:vAlign w:val="center"/>
          </w:tcPr>
          <w:p w14:paraId="62809067" w14:textId="7D5920C5" w:rsidR="00E50E9A" w:rsidRPr="00802DE6" w:rsidRDefault="008767A6" w:rsidP="008767A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767A6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F4B1835" wp14:editId="5D3CBD30">
                  <wp:extent cx="1800000" cy="1800000"/>
                  <wp:effectExtent l="0" t="0" r="0" b="0"/>
                  <wp:docPr id="846451953" name="Picture 1" descr="People working together to discuss ideas and solution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451953" name="Picture 1" descr="People working together to discuss ideas and solutions.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7930B128" w14:textId="4368B5CC" w:rsidR="00E50E9A" w:rsidRPr="00802DE6" w:rsidRDefault="00000000" w:rsidP="008767A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More people to understand human rights and stronger protection for rights in Scotland.</w:t>
            </w:r>
          </w:p>
        </w:tc>
      </w:tr>
    </w:tbl>
    <w:p w14:paraId="7CCD1B09" w14:textId="685FF634" w:rsidR="00F502C9" w:rsidRDefault="00F502C9" w:rsidP="008767A6">
      <w:pPr>
        <w:pStyle w:val="Heading1"/>
        <w:rPr>
          <w:sz w:val="52"/>
          <w:szCs w:val="52"/>
        </w:rPr>
      </w:pPr>
      <w:r>
        <w:rPr>
          <w:sz w:val="52"/>
          <w:szCs w:val="52"/>
        </w:rPr>
        <w:br/>
      </w:r>
    </w:p>
    <w:p w14:paraId="5B6BE9C6" w14:textId="77777777" w:rsidR="00F502C9" w:rsidRDefault="00F502C9" w:rsidP="00F502C9"/>
    <w:p w14:paraId="1289DFB5" w14:textId="77777777" w:rsidR="00F502C9" w:rsidRPr="00F502C9" w:rsidRDefault="00F502C9" w:rsidP="00F502C9"/>
    <w:p w14:paraId="489DC42E" w14:textId="4CD404E8" w:rsidR="00E50E9A" w:rsidRDefault="00000000" w:rsidP="008767A6">
      <w:pPr>
        <w:pStyle w:val="Heading1"/>
        <w:rPr>
          <w:sz w:val="52"/>
          <w:szCs w:val="52"/>
        </w:rPr>
      </w:pPr>
      <w:r w:rsidRPr="008767A6">
        <w:rPr>
          <w:sz w:val="52"/>
          <w:szCs w:val="52"/>
        </w:rPr>
        <w:lastRenderedPageBreak/>
        <w:t>How can you help?</w:t>
      </w:r>
    </w:p>
    <w:p w14:paraId="1D9FDA5C" w14:textId="77777777" w:rsidR="008767A6" w:rsidRPr="008767A6" w:rsidRDefault="008767A6" w:rsidP="008767A6"/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4E26DB32" w14:textId="77777777" w:rsidTr="00DB7BC9">
        <w:tc>
          <w:tcPr>
            <w:tcW w:w="4320" w:type="dxa"/>
            <w:vAlign w:val="center"/>
          </w:tcPr>
          <w:p w14:paraId="677BFE76" w14:textId="7ECB614F" w:rsidR="00E50E9A" w:rsidRPr="00802DE6" w:rsidRDefault="00DB7BC9" w:rsidP="00DB7B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B7BC9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B610E6E" wp14:editId="2E47400B">
                  <wp:extent cx="1590968" cy="1800000"/>
                  <wp:effectExtent l="0" t="0" r="0" b="0"/>
                  <wp:docPr id="233414591" name="Picture 1" descr="a thinking man with a thumbs up and a thumbs down in thought bubbles above his hea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414591" name="Picture 1" descr="a thinking man with a thumbs up and a thumbs down in thought bubbles above his head 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968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71CC69B6" w14:textId="77777777" w:rsidR="00236C52" w:rsidRDefault="00236C52" w:rsidP="008767A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ADDE856" w14:textId="31FDD475" w:rsidR="00E50E9A" w:rsidRPr="00802DE6" w:rsidRDefault="00000000" w:rsidP="008767A6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Share campaign stories, talk about human rights and tell other people about the campaign.</w:t>
            </w:r>
          </w:p>
        </w:tc>
      </w:tr>
    </w:tbl>
    <w:p w14:paraId="43B3F098" w14:textId="02698EF2" w:rsidR="00E50E9A" w:rsidRPr="00802DE6" w:rsidRDefault="00E50E9A">
      <w:pPr>
        <w:jc w:val="center"/>
        <w:rPr>
          <w:rFonts w:ascii="Arial" w:hAnsi="Arial" w:cs="Arial"/>
          <w:sz w:val="32"/>
          <w:szCs w:val="32"/>
        </w:rPr>
      </w:pPr>
    </w:p>
    <w:p w14:paraId="51949BAA" w14:textId="1CD34F50" w:rsidR="00E50E9A" w:rsidRPr="00F502C9" w:rsidRDefault="00000000" w:rsidP="00F502C9">
      <w:pPr>
        <w:pStyle w:val="Heading1"/>
        <w:rPr>
          <w:sz w:val="52"/>
          <w:szCs w:val="52"/>
        </w:rPr>
      </w:pPr>
      <w:r w:rsidRPr="00F502C9">
        <w:rPr>
          <w:sz w:val="52"/>
          <w:szCs w:val="52"/>
        </w:rPr>
        <w:t xml:space="preserve">Be </w:t>
      </w:r>
      <w:proofErr w:type="gramStart"/>
      <w:r w:rsidRPr="00F502C9">
        <w:rPr>
          <w:sz w:val="52"/>
          <w:szCs w:val="52"/>
        </w:rPr>
        <w:t>respectful</w:t>
      </w:r>
      <w:proofErr w:type="gramEnd"/>
    </w:p>
    <w:p w14:paraId="24A3A87C" w14:textId="77777777" w:rsidR="00DB7BC9" w:rsidRPr="00802DE6" w:rsidRDefault="00DB7BC9">
      <w:pPr>
        <w:jc w:val="center"/>
        <w:rPr>
          <w:rFonts w:ascii="Arial" w:hAnsi="Arial" w:cs="Arial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1F5D00F5" w14:textId="77777777" w:rsidTr="00CA4ACF">
        <w:tc>
          <w:tcPr>
            <w:tcW w:w="4320" w:type="dxa"/>
            <w:vAlign w:val="center"/>
          </w:tcPr>
          <w:p w14:paraId="4D24A093" w14:textId="389E9119" w:rsidR="00E50E9A" w:rsidRPr="00802DE6" w:rsidRDefault="00CA4ACF" w:rsidP="00CA4AC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CA4ACF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3631483F" wp14:editId="0F8A65C9">
                  <wp:extent cx="1987826" cy="1800000"/>
                  <wp:effectExtent l="0" t="0" r="0" b="0"/>
                  <wp:docPr id="1591785690" name="Picture 1" descr="Two people discussing an important issu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785690" name="Picture 1" descr="Two people discussing an important issue.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826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0CE87D20" w14:textId="77777777" w:rsidR="00236C52" w:rsidRDefault="00236C52" w:rsidP="00DB7BC9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130FCC0" w14:textId="4A0069D2" w:rsidR="00E50E9A" w:rsidRPr="00802DE6" w:rsidRDefault="00000000" w:rsidP="00DB7BC9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Please respect people's privacy and share stories in a respectful way.</w:t>
            </w:r>
          </w:p>
        </w:tc>
      </w:tr>
    </w:tbl>
    <w:p w14:paraId="4DFA7B1D" w14:textId="259FC3BA" w:rsidR="00E50E9A" w:rsidRDefault="00E50E9A">
      <w:pPr>
        <w:jc w:val="center"/>
        <w:rPr>
          <w:rFonts w:ascii="Arial" w:hAnsi="Arial" w:cs="Arial"/>
          <w:sz w:val="32"/>
          <w:szCs w:val="32"/>
        </w:rPr>
      </w:pPr>
    </w:p>
    <w:p w14:paraId="47F9002C" w14:textId="77777777" w:rsidR="00DB74CA" w:rsidRDefault="00DB74CA">
      <w:pPr>
        <w:jc w:val="center"/>
        <w:rPr>
          <w:rFonts w:ascii="Arial" w:hAnsi="Arial" w:cs="Arial"/>
          <w:sz w:val="32"/>
          <w:szCs w:val="32"/>
        </w:rPr>
      </w:pPr>
    </w:p>
    <w:p w14:paraId="2D1E8AD5" w14:textId="77777777" w:rsidR="00DB74CA" w:rsidRDefault="00DB74CA">
      <w:pPr>
        <w:jc w:val="center"/>
        <w:rPr>
          <w:rFonts w:ascii="Arial" w:hAnsi="Arial" w:cs="Arial"/>
          <w:sz w:val="32"/>
          <w:szCs w:val="32"/>
        </w:rPr>
      </w:pPr>
    </w:p>
    <w:p w14:paraId="0C4E19B8" w14:textId="77777777" w:rsidR="00DB74CA" w:rsidRPr="00802DE6" w:rsidRDefault="00DB74CA">
      <w:pPr>
        <w:jc w:val="center"/>
        <w:rPr>
          <w:rFonts w:ascii="Arial" w:hAnsi="Arial" w:cs="Arial"/>
          <w:sz w:val="32"/>
          <w:szCs w:val="32"/>
        </w:rPr>
      </w:pPr>
    </w:p>
    <w:p w14:paraId="69E3CA2C" w14:textId="39213021" w:rsidR="00E50E9A" w:rsidRDefault="00000000" w:rsidP="00DB7BC9">
      <w:pPr>
        <w:pStyle w:val="Heading1"/>
        <w:rPr>
          <w:sz w:val="52"/>
          <w:szCs w:val="52"/>
        </w:rPr>
      </w:pPr>
      <w:r w:rsidRPr="00DB7BC9">
        <w:rPr>
          <w:sz w:val="52"/>
          <w:szCs w:val="52"/>
        </w:rPr>
        <w:lastRenderedPageBreak/>
        <w:t xml:space="preserve">Your voice </w:t>
      </w:r>
      <w:proofErr w:type="gramStart"/>
      <w:r w:rsidRPr="00DB7BC9">
        <w:rPr>
          <w:sz w:val="52"/>
          <w:szCs w:val="52"/>
        </w:rPr>
        <w:t>matters</w:t>
      </w:r>
      <w:proofErr w:type="gramEnd"/>
    </w:p>
    <w:p w14:paraId="300EF112" w14:textId="77777777" w:rsidR="00DB7BC9" w:rsidRPr="00DB7BC9" w:rsidRDefault="00DB7BC9" w:rsidP="00DB7BC9"/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57AAE21B" w14:textId="77777777" w:rsidTr="000008C4">
        <w:tc>
          <w:tcPr>
            <w:tcW w:w="4320" w:type="dxa"/>
            <w:vAlign w:val="center"/>
          </w:tcPr>
          <w:p w14:paraId="62CFF504" w14:textId="0E6EC470" w:rsidR="00E50E9A" w:rsidRPr="00802DE6" w:rsidRDefault="000008C4" w:rsidP="000008C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0008C4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A72B376" wp14:editId="62D7EBF0">
                  <wp:extent cx="1388890" cy="1800000"/>
                  <wp:effectExtent l="0" t="0" r="1905" b="0"/>
                  <wp:docPr id="1227054221" name="Picture 1" descr="Two people discussing an important issu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054221" name="Picture 1" descr="Two people discussing an important issue.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89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14ED8A0A" w14:textId="77777777" w:rsidR="00236C52" w:rsidRDefault="00236C52" w:rsidP="00DB7BC9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EF77E08" w14:textId="4E14F450" w:rsidR="00E50E9A" w:rsidRPr="00802DE6" w:rsidRDefault="00000000" w:rsidP="00DB7BC9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>Human rights matter to everyone in Scotland.</w:t>
            </w:r>
          </w:p>
        </w:tc>
      </w:tr>
    </w:tbl>
    <w:p w14:paraId="4CB1CAE6" w14:textId="54386481" w:rsidR="00E50E9A" w:rsidRDefault="00000000" w:rsidP="000008C4">
      <w:pPr>
        <w:pStyle w:val="Heading1"/>
        <w:rPr>
          <w:sz w:val="52"/>
          <w:szCs w:val="52"/>
        </w:rPr>
      </w:pPr>
      <w:r w:rsidRPr="000008C4">
        <w:rPr>
          <w:sz w:val="52"/>
          <w:szCs w:val="52"/>
        </w:rPr>
        <w:t xml:space="preserve">Find out </w:t>
      </w:r>
      <w:proofErr w:type="gramStart"/>
      <w:r w:rsidRPr="000008C4">
        <w:rPr>
          <w:sz w:val="52"/>
          <w:szCs w:val="52"/>
        </w:rPr>
        <w:t>more</w:t>
      </w:r>
      <w:proofErr w:type="gramEnd"/>
    </w:p>
    <w:p w14:paraId="1102EC38" w14:textId="77777777" w:rsidR="00DB74CA" w:rsidRPr="00DB74CA" w:rsidRDefault="00DB74CA" w:rsidP="00DB74CA"/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50E9A" w:rsidRPr="00802DE6" w14:paraId="4795AC90" w14:textId="77777777" w:rsidTr="000008C4">
        <w:tc>
          <w:tcPr>
            <w:tcW w:w="4320" w:type="dxa"/>
            <w:vAlign w:val="center"/>
          </w:tcPr>
          <w:p w14:paraId="5BC1AC46" w14:textId="71BC774A" w:rsidR="00E50E9A" w:rsidRPr="00802DE6" w:rsidRDefault="000008C4" w:rsidP="000008C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0008C4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6394A84" wp14:editId="13589051">
                  <wp:extent cx="1893334" cy="1800000"/>
                  <wp:effectExtent l="0" t="0" r="0" b="0"/>
                  <wp:docPr id="389955437" name="Picture 1" descr="Computer screen showing a website link.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955437" name="Picture 1" descr="Computer screen showing a website link.">
                            <a:hlinkClick r:id="rId19"/>
                          </pic:cNvPr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33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50EF2528" w14:textId="77777777" w:rsidR="00236C52" w:rsidRDefault="00236C52">
            <w:pPr>
              <w:rPr>
                <w:rFonts w:ascii="Arial" w:hAnsi="Arial" w:cs="Arial"/>
                <w:sz w:val="32"/>
                <w:szCs w:val="32"/>
              </w:rPr>
            </w:pPr>
          </w:p>
          <w:p w14:paraId="2FFAE7A7" w14:textId="11195182" w:rsidR="00E50E9A" w:rsidRPr="00802DE6" w:rsidRDefault="00000000">
            <w:pPr>
              <w:rPr>
                <w:rFonts w:ascii="Arial" w:hAnsi="Arial" w:cs="Arial"/>
                <w:sz w:val="32"/>
                <w:szCs w:val="32"/>
              </w:rPr>
            </w:pPr>
            <w:r w:rsidRPr="00802DE6">
              <w:rPr>
                <w:rFonts w:ascii="Arial" w:hAnsi="Arial" w:cs="Arial"/>
                <w:sz w:val="32"/>
                <w:szCs w:val="32"/>
              </w:rPr>
              <w:t xml:space="preserve">Visit the </w:t>
            </w:r>
            <w:hyperlink r:id="rId21" w:history="1">
              <w:r w:rsidRPr="00950B3B">
                <w:rPr>
                  <w:rStyle w:val="Hyperlink"/>
                  <w:rFonts w:ascii="Arial" w:hAnsi="Arial" w:cs="Arial"/>
                  <w:sz w:val="32"/>
                  <w:szCs w:val="32"/>
                </w:rPr>
                <w:t>campaign website</w:t>
              </w:r>
            </w:hyperlink>
            <w:r w:rsidRPr="00802DE6">
              <w:rPr>
                <w:rFonts w:ascii="Arial" w:hAnsi="Arial" w:cs="Arial"/>
                <w:sz w:val="32"/>
                <w:szCs w:val="32"/>
              </w:rPr>
              <w:t xml:space="preserve"> and follow the campaign on social media.</w:t>
            </w:r>
          </w:p>
        </w:tc>
      </w:tr>
    </w:tbl>
    <w:p w14:paraId="5409E14F" w14:textId="490D3775" w:rsidR="00E50E9A" w:rsidRDefault="00E50E9A">
      <w:pPr>
        <w:jc w:val="center"/>
        <w:rPr>
          <w:rFonts w:ascii="Arial" w:hAnsi="Arial" w:cs="Arial"/>
          <w:sz w:val="32"/>
          <w:szCs w:val="32"/>
        </w:rPr>
      </w:pPr>
    </w:p>
    <w:p w14:paraId="0EE19671" w14:textId="77777777" w:rsidR="00F502C9" w:rsidRDefault="00F502C9">
      <w:pPr>
        <w:jc w:val="center"/>
        <w:rPr>
          <w:rFonts w:ascii="Arial" w:hAnsi="Arial" w:cs="Arial"/>
          <w:sz w:val="32"/>
          <w:szCs w:val="32"/>
        </w:rPr>
      </w:pPr>
    </w:p>
    <w:p w14:paraId="017159D6" w14:textId="77777777" w:rsidR="00F502C9" w:rsidRDefault="00F502C9">
      <w:pPr>
        <w:jc w:val="center"/>
        <w:rPr>
          <w:rFonts w:ascii="Arial" w:hAnsi="Arial" w:cs="Arial"/>
          <w:sz w:val="32"/>
          <w:szCs w:val="32"/>
        </w:rPr>
      </w:pPr>
    </w:p>
    <w:p w14:paraId="590B13D7" w14:textId="77777777" w:rsidR="00F502C9" w:rsidRDefault="00F502C9">
      <w:pPr>
        <w:jc w:val="center"/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344"/>
      </w:tblGrid>
      <w:tr w:rsidR="00F502C9" w14:paraId="0FD59FE7" w14:textId="77777777" w:rsidTr="00F502C9">
        <w:tc>
          <w:tcPr>
            <w:tcW w:w="8856" w:type="dxa"/>
            <w:gridSpan w:val="2"/>
            <w:vAlign w:val="center"/>
          </w:tcPr>
          <w:p w14:paraId="4523F75E" w14:textId="711B91AB" w:rsidR="00F502C9" w:rsidRDefault="00F502C9" w:rsidP="00F502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56192" behindDoc="0" locked="0" layoutInCell="1" allowOverlap="1" wp14:anchorId="49B05258" wp14:editId="5B23FC0B">
                  <wp:simplePos x="1143000" y="922020"/>
                  <wp:positionH relativeFrom="margin">
                    <wp:posOffset>7620</wp:posOffset>
                  </wp:positionH>
                  <wp:positionV relativeFrom="margin">
                    <wp:posOffset>106680</wp:posOffset>
                  </wp:positionV>
                  <wp:extent cx="5486400" cy="3568700"/>
                  <wp:effectExtent l="0" t="0" r="0" b="0"/>
                  <wp:wrapSquare wrapText="bothSides"/>
                  <wp:docPr id="1219868476" name="Picture 4" descr="Rights Here Rights Now campaig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868476" name="Picture 4" descr="Rights Here Rights Now campaign logo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56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502C9" w14:paraId="7557DC87" w14:textId="77777777" w:rsidTr="00F502C9">
        <w:tc>
          <w:tcPr>
            <w:tcW w:w="4428" w:type="dxa"/>
          </w:tcPr>
          <w:p w14:paraId="116410BA" w14:textId="3C30100D" w:rsidR="00F502C9" w:rsidRDefault="00F502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1AE49260" wp14:editId="12D81623">
                  <wp:simplePos x="1143000" y="483870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727960" cy="951313"/>
                  <wp:effectExtent l="0" t="0" r="0" b="1270"/>
                  <wp:wrapSquare wrapText="bothSides"/>
                  <wp:docPr id="365323930" name="Picture 5" descr="JustRight Scotland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323930" name="Picture 5" descr="JustRight Scotland Logo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960" cy="951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8" w:type="dxa"/>
          </w:tcPr>
          <w:p w14:paraId="46E25EB3" w14:textId="3A7866F0" w:rsidR="00F502C9" w:rsidRDefault="00F502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3811D2E4" wp14:editId="1D13A938">
                  <wp:simplePos x="0" y="0"/>
                  <wp:positionH relativeFrom="margin">
                    <wp:posOffset>39370</wp:posOffset>
                  </wp:positionH>
                  <wp:positionV relativeFrom="margin">
                    <wp:posOffset>228600</wp:posOffset>
                  </wp:positionV>
                  <wp:extent cx="2542361" cy="671195"/>
                  <wp:effectExtent l="0" t="0" r="0" b="0"/>
                  <wp:wrapSquare wrapText="bothSides"/>
                  <wp:docPr id="819618277" name="Picture 6" descr="Human Rights Consortium Scotland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18277" name="Picture 6" descr="Human Rights Consortium Scotland Logo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361" cy="67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1DD0A68" w14:textId="27202265" w:rsidR="00F502C9" w:rsidRPr="00802DE6" w:rsidRDefault="00F502C9">
      <w:pPr>
        <w:jc w:val="center"/>
        <w:rPr>
          <w:rFonts w:ascii="Arial" w:hAnsi="Arial" w:cs="Arial"/>
          <w:sz w:val="32"/>
          <w:szCs w:val="32"/>
        </w:rPr>
      </w:pPr>
    </w:p>
    <w:sectPr w:rsidR="00F502C9" w:rsidRPr="00802DE6" w:rsidSect="00034616"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B0AE6" w14:textId="77777777" w:rsidR="006D22E9" w:rsidRDefault="006D22E9" w:rsidP="004A2BC6">
      <w:pPr>
        <w:spacing w:after="0" w:line="240" w:lineRule="auto"/>
      </w:pPr>
      <w:r>
        <w:separator/>
      </w:r>
    </w:p>
  </w:endnote>
  <w:endnote w:type="continuationSeparator" w:id="0">
    <w:p w14:paraId="7228F096" w14:textId="77777777" w:rsidR="006D22E9" w:rsidRDefault="006D22E9" w:rsidP="004A2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6958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03390D" w14:textId="7DB12C00" w:rsidR="004A2BC6" w:rsidRDefault="004A2B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3F7804" w14:textId="77777777" w:rsidR="004A2BC6" w:rsidRDefault="004A2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B34BA" w14:textId="77777777" w:rsidR="006D22E9" w:rsidRDefault="006D22E9" w:rsidP="004A2BC6">
      <w:pPr>
        <w:spacing w:after="0" w:line="240" w:lineRule="auto"/>
      </w:pPr>
      <w:r>
        <w:separator/>
      </w:r>
    </w:p>
  </w:footnote>
  <w:footnote w:type="continuationSeparator" w:id="0">
    <w:p w14:paraId="3EBC980F" w14:textId="77777777" w:rsidR="006D22E9" w:rsidRDefault="006D22E9" w:rsidP="004A2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1988232">
    <w:abstractNumId w:val="8"/>
  </w:num>
  <w:num w:numId="2" w16cid:durableId="1140655529">
    <w:abstractNumId w:val="6"/>
  </w:num>
  <w:num w:numId="3" w16cid:durableId="17896604">
    <w:abstractNumId w:val="5"/>
  </w:num>
  <w:num w:numId="4" w16cid:durableId="749543872">
    <w:abstractNumId w:val="4"/>
  </w:num>
  <w:num w:numId="5" w16cid:durableId="5447011">
    <w:abstractNumId w:val="7"/>
  </w:num>
  <w:num w:numId="6" w16cid:durableId="501551395">
    <w:abstractNumId w:val="3"/>
  </w:num>
  <w:num w:numId="7" w16cid:durableId="1986813657">
    <w:abstractNumId w:val="2"/>
  </w:num>
  <w:num w:numId="8" w16cid:durableId="1953395625">
    <w:abstractNumId w:val="1"/>
  </w:num>
  <w:num w:numId="9" w16cid:durableId="242492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8C4"/>
    <w:rsid w:val="00032275"/>
    <w:rsid w:val="00034616"/>
    <w:rsid w:val="0006063C"/>
    <w:rsid w:val="0015074B"/>
    <w:rsid w:val="00236C52"/>
    <w:rsid w:val="0029639D"/>
    <w:rsid w:val="00326F90"/>
    <w:rsid w:val="004A2BC6"/>
    <w:rsid w:val="006D22E9"/>
    <w:rsid w:val="007354D1"/>
    <w:rsid w:val="00802DE6"/>
    <w:rsid w:val="008767A6"/>
    <w:rsid w:val="00950B3B"/>
    <w:rsid w:val="00AA1D8D"/>
    <w:rsid w:val="00B47730"/>
    <w:rsid w:val="00CA4ACF"/>
    <w:rsid w:val="00CB0664"/>
    <w:rsid w:val="00DB74CA"/>
    <w:rsid w:val="00DB7BC9"/>
    <w:rsid w:val="00E50E9A"/>
    <w:rsid w:val="00F502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206166"/>
  <w14:defaultImageDpi w14:val="300"/>
  <w15:docId w15:val="{2C2B7B4A-C93D-4B7A-AFD9-79BB55AF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50B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0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justrightscotland.org.uk/get-involved/campaign/rights-here-rights-now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hyperlink" Target="https://www.justrightscotland.org.uk/get-involved/campaign/rights-here-rights-no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De Felice</dc:creator>
  <cp:keywords/>
  <dc:description>generated by python-docx</dc:description>
  <cp:lastModifiedBy>Annamaria De Felice</cp:lastModifiedBy>
  <cp:revision>5</cp:revision>
  <dcterms:created xsi:type="dcterms:W3CDTF">2026-09-03T16:48:00Z</dcterms:created>
  <dcterms:modified xsi:type="dcterms:W3CDTF">2026-09-07T12:57:00Z</dcterms:modified>
  <cp:category/>
</cp:coreProperties>
</file>